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D2D1F" w:rsidRDefault="00ED2D1F">
      <w:pPr>
        <w:pStyle w:val="Titolo1"/>
        <w:jc w:val="center"/>
      </w:pPr>
      <w:r>
        <w:rPr>
          <w:noProof/>
        </w:rPr>
        <w:drawing>
          <wp:inline distT="0" distB="0" distL="0" distR="0">
            <wp:extent cx="5486400" cy="2110105"/>
            <wp:effectExtent l="19050" t="19050" r="19050" b="23495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ascione con loco castello del libro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11010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2B5419" w:rsidRDefault="00867A6E">
      <w:pPr>
        <w:pStyle w:val="Titolo1"/>
        <w:jc w:val="center"/>
      </w:pPr>
      <w:r>
        <w:t>MODULO DI ADESIONE</w:t>
      </w:r>
    </w:p>
    <w:p w:rsidR="002B5419" w:rsidRDefault="00FF7810">
      <w:pPr>
        <w:jc w:val="center"/>
      </w:pPr>
      <w:r>
        <w:rPr>
          <w:b/>
          <w:sz w:val="32"/>
          <w:szCs w:val="32"/>
        </w:rPr>
        <w:t xml:space="preserve">IL </w:t>
      </w:r>
      <w:r w:rsidR="00867A6E" w:rsidRPr="00ED2D1F">
        <w:rPr>
          <w:b/>
          <w:sz w:val="32"/>
          <w:szCs w:val="32"/>
        </w:rPr>
        <w:t xml:space="preserve">CASTELLO DEL LIBRO – I </w:t>
      </w:r>
      <w:proofErr w:type="spellStart"/>
      <w:r w:rsidR="00867A6E" w:rsidRPr="00ED2D1F">
        <w:rPr>
          <w:b/>
          <w:sz w:val="32"/>
          <w:szCs w:val="32"/>
        </w:rPr>
        <w:t>Edizione</w:t>
      </w:r>
      <w:proofErr w:type="spellEnd"/>
      <w:r w:rsidR="00867A6E">
        <w:rPr>
          <w:sz w:val="24"/>
        </w:rPr>
        <w:br/>
      </w:r>
      <w:r w:rsidR="00ED2D1F">
        <w:rPr>
          <w:sz w:val="24"/>
        </w:rPr>
        <w:t xml:space="preserve">28-29-30 </w:t>
      </w:r>
      <w:proofErr w:type="spellStart"/>
      <w:r w:rsidR="00ED2D1F">
        <w:rPr>
          <w:sz w:val="24"/>
        </w:rPr>
        <w:t>Novembre</w:t>
      </w:r>
      <w:proofErr w:type="spellEnd"/>
      <w:r w:rsidR="00ED2D1F">
        <w:rPr>
          <w:sz w:val="24"/>
        </w:rPr>
        <w:t xml:space="preserve"> 2025 | </w:t>
      </w:r>
      <w:r w:rsidR="00867A6E">
        <w:rPr>
          <w:sz w:val="24"/>
        </w:rPr>
        <w:t xml:space="preserve">Minturno (LT), </w:t>
      </w:r>
      <w:r w:rsidR="00ED2D1F">
        <w:rPr>
          <w:sz w:val="24"/>
        </w:rPr>
        <w:t>Castello Ducale</w:t>
      </w:r>
    </w:p>
    <w:p w:rsidR="002B5419" w:rsidRDefault="00867A6E">
      <w:r>
        <w:br/>
        <w:t>La/Il sottoscritta/o:</w:t>
      </w:r>
    </w:p>
    <w:p w:rsidR="002B5419" w:rsidRDefault="00867A6E">
      <w:r>
        <w:t>Nome e Cognome del referente ____________________________</w:t>
      </w:r>
    </w:p>
    <w:p w:rsidR="002B5419" w:rsidRDefault="00867A6E">
      <w:r>
        <w:t>In qualità di (es. editore, rappresentante legale) ____________________________</w:t>
      </w:r>
    </w:p>
    <w:p w:rsidR="002B5419" w:rsidRDefault="00867A6E">
      <w:r>
        <w:t>Per conto della Casa Editrice ____________________________________________</w:t>
      </w:r>
    </w:p>
    <w:p w:rsidR="002B5419" w:rsidRDefault="00867A6E">
      <w:r>
        <w:t>Con sede legale in ____________________________________________________</w:t>
      </w:r>
    </w:p>
    <w:p w:rsidR="002B5419" w:rsidRDefault="00867A6E">
      <w:r>
        <w:t>Indirizzo ____________________________________________________________</w:t>
      </w:r>
    </w:p>
    <w:p w:rsidR="002B5419" w:rsidRDefault="00867A6E">
      <w:r>
        <w:t>P. IVA / C.F. ________________________   Telefono _________________________</w:t>
      </w:r>
    </w:p>
    <w:p w:rsidR="002B5419" w:rsidRDefault="00867A6E">
      <w:r>
        <w:t>Email ____________________________________   Sito web ___________________</w:t>
      </w:r>
    </w:p>
    <w:p w:rsidR="002B5419" w:rsidRDefault="00867A6E" w:rsidP="00FF7810">
      <w:pPr>
        <w:jc w:val="center"/>
      </w:pPr>
      <w:bookmarkStart w:id="0" w:name="_GoBack"/>
      <w:bookmarkEnd w:id="0"/>
      <w:r>
        <w:t>CHIEDE</w:t>
      </w:r>
    </w:p>
    <w:p w:rsidR="002B5419" w:rsidRDefault="00867A6E">
      <w:r>
        <w:t xml:space="preserve">di </w:t>
      </w:r>
      <w:proofErr w:type="spellStart"/>
      <w:r>
        <w:t>partecipare</w:t>
      </w:r>
      <w:proofErr w:type="spellEnd"/>
      <w:r>
        <w:t xml:space="preserve"> </w:t>
      </w:r>
      <w:proofErr w:type="spellStart"/>
      <w:r>
        <w:t>alla</w:t>
      </w:r>
      <w:proofErr w:type="spellEnd"/>
      <w:r>
        <w:t xml:space="preserve"> </w:t>
      </w:r>
      <w:proofErr w:type="spellStart"/>
      <w:r>
        <w:t>manifestazione</w:t>
      </w:r>
      <w:proofErr w:type="spellEnd"/>
      <w:r>
        <w:t xml:space="preserve"> “</w:t>
      </w:r>
      <w:r w:rsidR="00FF7810">
        <w:t xml:space="preserve">Il </w:t>
      </w:r>
      <w:r>
        <w:t>Castello del Libro – I Edizione” e di usufruire di uno spazio espositivo secondo le seguenti modalità:</w:t>
      </w:r>
    </w:p>
    <w:p w:rsidR="002B5419" w:rsidRDefault="00867A6E">
      <w:r>
        <w:br/>
        <w:t xml:space="preserve">☐ STAND PREALLESTITO (2x2 m) – </w:t>
      </w:r>
      <w:proofErr w:type="spellStart"/>
      <w:r>
        <w:t>Pareti</w:t>
      </w:r>
      <w:proofErr w:type="spellEnd"/>
      <w:r>
        <w:t xml:space="preserve">, </w:t>
      </w:r>
      <w:proofErr w:type="spellStart"/>
      <w:r>
        <w:t>tavolo</w:t>
      </w:r>
      <w:proofErr w:type="spellEnd"/>
      <w:r>
        <w:t xml:space="preserve">, </w:t>
      </w:r>
      <w:proofErr w:type="spellStart"/>
      <w:r>
        <w:t>sedia</w:t>
      </w:r>
      <w:proofErr w:type="spellEnd"/>
      <w:r>
        <w:t xml:space="preserve">, </w:t>
      </w:r>
      <w:proofErr w:type="spellStart"/>
      <w:r>
        <w:t>illuminazione</w:t>
      </w:r>
      <w:proofErr w:type="spellEnd"/>
      <w:r>
        <w:t xml:space="preserve">, presa </w:t>
      </w:r>
      <w:proofErr w:type="spellStart"/>
      <w:r>
        <w:t>elettrica</w:t>
      </w:r>
      <w:proofErr w:type="spellEnd"/>
    </w:p>
    <w:p w:rsidR="006C35D8" w:rsidRDefault="006C35D8" w:rsidP="006C35D8">
      <w:r>
        <w:br/>
        <w:t xml:space="preserve">☐ STAND PREALLESTITO (3x2 m) – </w:t>
      </w:r>
      <w:proofErr w:type="spellStart"/>
      <w:r>
        <w:t>Pareti</w:t>
      </w:r>
      <w:proofErr w:type="spellEnd"/>
      <w:r>
        <w:t xml:space="preserve">, </w:t>
      </w:r>
      <w:proofErr w:type="spellStart"/>
      <w:r>
        <w:t>tavolo</w:t>
      </w:r>
      <w:proofErr w:type="spellEnd"/>
      <w:r>
        <w:t xml:space="preserve">, </w:t>
      </w:r>
      <w:proofErr w:type="spellStart"/>
      <w:r>
        <w:t>sedia</w:t>
      </w:r>
      <w:proofErr w:type="spellEnd"/>
      <w:r>
        <w:t xml:space="preserve">, </w:t>
      </w:r>
      <w:proofErr w:type="spellStart"/>
      <w:r>
        <w:t>illuminazione</w:t>
      </w:r>
      <w:proofErr w:type="spellEnd"/>
      <w:r>
        <w:t xml:space="preserve">, presa </w:t>
      </w:r>
      <w:proofErr w:type="spellStart"/>
      <w:r>
        <w:t>elettrica</w:t>
      </w:r>
      <w:proofErr w:type="spellEnd"/>
    </w:p>
    <w:p w:rsidR="006C35D8" w:rsidRDefault="006C35D8">
      <w:r>
        <w:lastRenderedPageBreak/>
        <w:br/>
        <w:t xml:space="preserve">☐ STAND PREALLESTITO (4x2 m) – </w:t>
      </w:r>
      <w:proofErr w:type="spellStart"/>
      <w:r>
        <w:t>Pareti</w:t>
      </w:r>
      <w:proofErr w:type="spellEnd"/>
      <w:r>
        <w:t xml:space="preserve">, </w:t>
      </w:r>
      <w:proofErr w:type="spellStart"/>
      <w:r>
        <w:t>tavolo</w:t>
      </w:r>
      <w:proofErr w:type="spellEnd"/>
      <w:r>
        <w:t xml:space="preserve">, </w:t>
      </w:r>
      <w:proofErr w:type="spellStart"/>
      <w:r>
        <w:t>sedia</w:t>
      </w:r>
      <w:proofErr w:type="spellEnd"/>
      <w:r>
        <w:t xml:space="preserve">, </w:t>
      </w:r>
      <w:proofErr w:type="spellStart"/>
      <w:r>
        <w:t>illuminazione</w:t>
      </w:r>
      <w:proofErr w:type="spellEnd"/>
      <w:r>
        <w:t xml:space="preserve">, presa </w:t>
      </w:r>
      <w:proofErr w:type="spellStart"/>
      <w:r>
        <w:t>elettrica</w:t>
      </w:r>
      <w:proofErr w:type="spellEnd"/>
    </w:p>
    <w:p w:rsidR="006C35D8" w:rsidRDefault="00867A6E" w:rsidP="006C35D8">
      <w:r>
        <w:br/>
      </w:r>
    </w:p>
    <w:p w:rsidR="006C35D8" w:rsidRPr="006C35D8" w:rsidRDefault="006C35D8" w:rsidP="006C35D8">
      <w:pPr>
        <w:jc w:val="center"/>
        <w:rPr>
          <w:b/>
        </w:rPr>
      </w:pPr>
      <w:r w:rsidRPr="006C35D8">
        <w:rPr>
          <w:b/>
        </w:rPr>
        <w:t>SCHEDA TECNICA EDITORE</w:t>
      </w:r>
    </w:p>
    <w:p w:rsidR="006C35D8" w:rsidRDefault="006C35D8" w:rsidP="006C35D8">
      <w:pPr>
        <w:jc w:val="center"/>
      </w:pPr>
      <w:r>
        <w:t xml:space="preserve">(da </w:t>
      </w:r>
      <w:proofErr w:type="spellStart"/>
      <w:r>
        <w:t>pubblicare</w:t>
      </w:r>
      <w:proofErr w:type="spellEnd"/>
      <w:r>
        <w:t xml:space="preserve"> </w:t>
      </w:r>
      <w:proofErr w:type="spellStart"/>
      <w:r>
        <w:t>sul</w:t>
      </w:r>
      <w:proofErr w:type="spellEnd"/>
      <w:r>
        <w:t xml:space="preserve"> </w:t>
      </w:r>
      <w:proofErr w:type="spellStart"/>
      <w:r>
        <w:t>sito</w:t>
      </w:r>
      <w:proofErr w:type="spellEnd"/>
      <w:r>
        <w:t>/</w:t>
      </w:r>
      <w:proofErr w:type="spellStart"/>
      <w:r>
        <w:t>catalogo</w:t>
      </w:r>
      <w:proofErr w:type="spellEnd"/>
      <w:r>
        <w:t xml:space="preserve"> </w:t>
      </w:r>
      <w:proofErr w:type="spellStart"/>
      <w:r>
        <w:t>ufficiale</w:t>
      </w:r>
      <w:proofErr w:type="spellEnd"/>
      <w:r>
        <w:t>)</w:t>
      </w:r>
    </w:p>
    <w:p w:rsidR="006C35D8" w:rsidRDefault="006C35D8" w:rsidP="006C35D8"/>
    <w:p w:rsidR="006C35D8" w:rsidRDefault="006C35D8" w:rsidP="006C35D8">
      <w:r>
        <w:t xml:space="preserve">Nome </w:t>
      </w:r>
      <w:proofErr w:type="spellStart"/>
      <w:r>
        <w:t>della</w:t>
      </w:r>
      <w:proofErr w:type="spellEnd"/>
      <w:r>
        <w:t xml:space="preserve"> casa </w:t>
      </w:r>
      <w:proofErr w:type="spellStart"/>
      <w:r>
        <w:t>editrice</w:t>
      </w:r>
      <w:proofErr w:type="spellEnd"/>
      <w:r>
        <w:t>:</w:t>
      </w:r>
    </w:p>
    <w:p w:rsidR="006C35D8" w:rsidRDefault="006C35D8" w:rsidP="006C35D8">
      <w:r>
        <w:t>……………………………………………………………………………………</w:t>
      </w:r>
    </w:p>
    <w:p w:rsidR="006C35D8" w:rsidRDefault="006C35D8" w:rsidP="006C35D8">
      <w:proofErr w:type="spellStart"/>
      <w:r>
        <w:t>Indirizzo</w:t>
      </w:r>
      <w:proofErr w:type="spellEnd"/>
      <w:r>
        <w:t xml:space="preserve"> </w:t>
      </w:r>
      <w:proofErr w:type="spellStart"/>
      <w:r>
        <w:t>completo</w:t>
      </w:r>
      <w:proofErr w:type="spellEnd"/>
      <w:r>
        <w:t xml:space="preserve"> (via, </w:t>
      </w:r>
      <w:proofErr w:type="spellStart"/>
      <w:r>
        <w:t>città</w:t>
      </w:r>
      <w:proofErr w:type="spellEnd"/>
      <w:r>
        <w:t>, CAP):</w:t>
      </w:r>
    </w:p>
    <w:p w:rsidR="006C35D8" w:rsidRDefault="006C35D8" w:rsidP="006C35D8">
      <w:r>
        <w:t>……………………………………………………………………………………</w:t>
      </w:r>
    </w:p>
    <w:p w:rsidR="006C35D8" w:rsidRDefault="006C35D8" w:rsidP="006C35D8">
      <w:r>
        <w:t xml:space="preserve">Contatti (email, </w:t>
      </w:r>
      <w:proofErr w:type="spellStart"/>
      <w:r>
        <w:t>sito</w:t>
      </w:r>
      <w:proofErr w:type="spellEnd"/>
      <w:r>
        <w:t xml:space="preserve"> web, social):</w:t>
      </w:r>
    </w:p>
    <w:p w:rsidR="006C35D8" w:rsidRDefault="006C35D8" w:rsidP="006C35D8">
      <w:r>
        <w:t>……………………………………………………………………………………</w:t>
      </w:r>
    </w:p>
    <w:p w:rsidR="006C35D8" w:rsidRDefault="006C35D8" w:rsidP="006C35D8">
      <w:proofErr w:type="spellStart"/>
      <w:r>
        <w:t>Generi</w:t>
      </w:r>
      <w:proofErr w:type="spellEnd"/>
      <w:r>
        <w:t xml:space="preserve"> </w:t>
      </w:r>
      <w:proofErr w:type="spellStart"/>
      <w:r>
        <w:t>pubblicati</w:t>
      </w:r>
      <w:proofErr w:type="spellEnd"/>
      <w:r>
        <w:t>:</w:t>
      </w:r>
    </w:p>
    <w:p w:rsidR="006C35D8" w:rsidRDefault="006C35D8" w:rsidP="006C35D8">
      <w:r>
        <w:rPr>
          <w:rFonts w:ascii="Segoe UI Symbol" w:hAnsi="Segoe UI Symbol" w:cs="Segoe UI Symbol"/>
        </w:rPr>
        <w:t>☐</w:t>
      </w:r>
      <w:r>
        <w:t xml:space="preserve"> </w:t>
      </w:r>
      <w:proofErr w:type="spellStart"/>
      <w:proofErr w:type="gramStart"/>
      <w:r>
        <w:t>Narrativa</w:t>
      </w:r>
      <w:proofErr w:type="spellEnd"/>
      <w:r>
        <w:t>  </w:t>
      </w:r>
      <w:r>
        <w:rPr>
          <w:rFonts w:ascii="Segoe UI Symbol" w:hAnsi="Segoe UI Symbol" w:cs="Segoe UI Symbol"/>
        </w:rPr>
        <w:t>☐</w:t>
      </w:r>
      <w:proofErr w:type="gramEnd"/>
      <w:r>
        <w:t xml:space="preserve"> </w:t>
      </w:r>
      <w:proofErr w:type="spellStart"/>
      <w:r>
        <w:t>Poesia</w:t>
      </w:r>
      <w:proofErr w:type="spellEnd"/>
      <w:r>
        <w:t>  </w:t>
      </w:r>
      <w:r>
        <w:rPr>
          <w:rFonts w:ascii="Segoe UI Symbol" w:hAnsi="Segoe UI Symbol" w:cs="Segoe UI Symbol"/>
        </w:rPr>
        <w:t>☐</w:t>
      </w:r>
      <w:r>
        <w:t xml:space="preserve"> </w:t>
      </w:r>
      <w:proofErr w:type="spellStart"/>
      <w:r>
        <w:t>Saggistica</w:t>
      </w:r>
      <w:proofErr w:type="spellEnd"/>
      <w:r>
        <w:t>  </w:t>
      </w:r>
      <w:r>
        <w:rPr>
          <w:rFonts w:ascii="Segoe UI Symbol" w:hAnsi="Segoe UI Symbol" w:cs="Segoe UI Symbol"/>
        </w:rPr>
        <w:t>☐</w:t>
      </w:r>
      <w:r>
        <w:t xml:space="preserve"> </w:t>
      </w:r>
      <w:proofErr w:type="spellStart"/>
      <w:r>
        <w:t>Biografie</w:t>
      </w:r>
      <w:proofErr w:type="spellEnd"/>
      <w:r>
        <w:t>  </w:t>
      </w:r>
      <w:r>
        <w:rPr>
          <w:rFonts w:ascii="Segoe UI Symbol" w:hAnsi="Segoe UI Symbol" w:cs="Segoe UI Symbol"/>
        </w:rPr>
        <w:t>☐</w:t>
      </w:r>
      <w:r>
        <w:t xml:space="preserve"> Fumetto  </w:t>
      </w:r>
      <w:r>
        <w:rPr>
          <w:rFonts w:ascii="Segoe UI Symbol" w:hAnsi="Segoe UI Symbol" w:cs="Segoe UI Symbol"/>
        </w:rPr>
        <w:t>☐</w:t>
      </w:r>
      <w:r>
        <w:t xml:space="preserve"> Libri per </w:t>
      </w:r>
      <w:proofErr w:type="spellStart"/>
      <w:r>
        <w:t>ragazzi</w:t>
      </w:r>
      <w:proofErr w:type="spellEnd"/>
      <w:r>
        <w:t>  </w:t>
      </w:r>
      <w:r>
        <w:rPr>
          <w:rFonts w:ascii="Segoe UI Symbol" w:hAnsi="Segoe UI Symbol" w:cs="Segoe UI Symbol"/>
        </w:rPr>
        <w:t>☐</w:t>
      </w:r>
      <w:r>
        <w:t xml:space="preserve"> </w:t>
      </w:r>
      <w:proofErr w:type="spellStart"/>
      <w:r>
        <w:t>Altro</w:t>
      </w:r>
      <w:proofErr w:type="spellEnd"/>
      <w:r>
        <w:t xml:space="preserve">: </w:t>
      </w:r>
      <w:r>
        <w:rPr>
          <w:rFonts w:ascii="Cambria" w:hAnsi="Cambria" w:cs="Cambria"/>
        </w:rPr>
        <w:t>……………………………</w:t>
      </w:r>
    </w:p>
    <w:p w:rsidR="006C35D8" w:rsidRDefault="006C35D8" w:rsidP="006C35D8"/>
    <w:p w:rsidR="006C35D8" w:rsidRDefault="006C35D8" w:rsidP="006C35D8">
      <w:proofErr w:type="spellStart"/>
      <w:r>
        <w:t>Testo</w:t>
      </w:r>
      <w:proofErr w:type="spellEnd"/>
      <w:r>
        <w:t xml:space="preserve"> di </w:t>
      </w:r>
      <w:proofErr w:type="spellStart"/>
      <w:r>
        <w:t>presentazione</w:t>
      </w:r>
      <w:proofErr w:type="spellEnd"/>
      <w:r>
        <w:t xml:space="preserve"> </w:t>
      </w:r>
      <w:proofErr w:type="spellStart"/>
      <w:r>
        <w:t>della</w:t>
      </w:r>
      <w:proofErr w:type="spellEnd"/>
      <w:r>
        <w:t xml:space="preserve"> casa </w:t>
      </w:r>
      <w:proofErr w:type="spellStart"/>
      <w:r>
        <w:t>editrice</w:t>
      </w:r>
      <w:proofErr w:type="spellEnd"/>
    </w:p>
    <w:p w:rsidR="006C35D8" w:rsidRDefault="006C35D8" w:rsidP="006C35D8">
      <w:r>
        <w:t xml:space="preserve">(max 800 </w:t>
      </w:r>
      <w:proofErr w:type="spellStart"/>
      <w:r>
        <w:t>caratteri</w:t>
      </w:r>
      <w:proofErr w:type="spellEnd"/>
      <w:r>
        <w:t xml:space="preserve">, </w:t>
      </w:r>
      <w:proofErr w:type="spellStart"/>
      <w:r>
        <w:t>sarà</w:t>
      </w:r>
      <w:proofErr w:type="spellEnd"/>
      <w:r>
        <w:t xml:space="preserve"> </w:t>
      </w:r>
      <w:proofErr w:type="spellStart"/>
      <w:r>
        <w:t>pubblicato</w:t>
      </w:r>
      <w:proofErr w:type="spellEnd"/>
      <w:r>
        <w:t xml:space="preserve"> </w:t>
      </w:r>
      <w:proofErr w:type="spellStart"/>
      <w:r>
        <w:t>sul</w:t>
      </w:r>
      <w:proofErr w:type="spellEnd"/>
      <w:r>
        <w:t xml:space="preserve"> </w:t>
      </w:r>
      <w:proofErr w:type="spellStart"/>
      <w:r>
        <w:t>sito</w:t>
      </w:r>
      <w:proofErr w:type="spellEnd"/>
      <w:r>
        <w:t xml:space="preserve"> </w:t>
      </w:r>
      <w:proofErr w:type="spellStart"/>
      <w:r>
        <w:t>ufficiale</w:t>
      </w:r>
      <w:proofErr w:type="spellEnd"/>
      <w:r>
        <w:t xml:space="preserve"> e nel </w:t>
      </w:r>
      <w:proofErr w:type="spellStart"/>
      <w:r>
        <w:t>materiale</w:t>
      </w:r>
      <w:proofErr w:type="spellEnd"/>
      <w:r>
        <w:t xml:space="preserve"> </w:t>
      </w:r>
      <w:proofErr w:type="spellStart"/>
      <w:r>
        <w:t>promozionale</w:t>
      </w:r>
      <w:proofErr w:type="spellEnd"/>
      <w:r>
        <w:t>):</w:t>
      </w:r>
    </w:p>
    <w:p w:rsidR="006C35D8" w:rsidRDefault="006C35D8" w:rsidP="006C35D8">
      <w:r>
        <w:t>……………………………………………………………………………………………………………………</w:t>
      </w:r>
    </w:p>
    <w:p w:rsidR="006C35D8" w:rsidRDefault="006C35D8" w:rsidP="006C35D8">
      <w:r>
        <w:t>……………………………………………………………………………………………………………………</w:t>
      </w:r>
    </w:p>
    <w:p w:rsidR="006C35D8" w:rsidRDefault="006C35D8" w:rsidP="006C35D8">
      <w:r>
        <w:t>……………………………………………………………………………………………………………………</w:t>
      </w:r>
    </w:p>
    <w:p w:rsidR="006C35D8" w:rsidRDefault="006C35D8" w:rsidP="006C35D8"/>
    <w:p w:rsidR="006C35D8" w:rsidRPr="006C35D8" w:rsidRDefault="006C35D8" w:rsidP="006C35D8">
      <w:pPr>
        <w:jc w:val="center"/>
        <w:rPr>
          <w:b/>
        </w:rPr>
      </w:pPr>
      <w:r w:rsidRPr="006C35D8">
        <w:rPr>
          <w:b/>
        </w:rPr>
        <w:t>DICHIARAZIONE FINALE DI ACCETTAZIONE</w:t>
      </w:r>
    </w:p>
    <w:p w:rsidR="006C35D8" w:rsidRDefault="006C35D8" w:rsidP="006C35D8">
      <w:proofErr w:type="spellStart"/>
      <w:r>
        <w:t>L’espositore</w:t>
      </w:r>
      <w:proofErr w:type="spellEnd"/>
      <w:r>
        <w:t xml:space="preserve"> </w:t>
      </w:r>
      <w:proofErr w:type="spellStart"/>
      <w:r>
        <w:t>dichiara</w:t>
      </w:r>
      <w:proofErr w:type="spellEnd"/>
      <w:r>
        <w:t xml:space="preserve"> di aver </w:t>
      </w:r>
      <w:proofErr w:type="spellStart"/>
      <w:r>
        <w:t>letto</w:t>
      </w:r>
      <w:proofErr w:type="spellEnd"/>
      <w:r>
        <w:t xml:space="preserve"> </w:t>
      </w:r>
      <w:proofErr w:type="spellStart"/>
      <w:r>
        <w:t>attentamente</w:t>
      </w:r>
      <w:proofErr w:type="spellEnd"/>
      <w:r>
        <w:t xml:space="preserve"> e </w:t>
      </w:r>
      <w:proofErr w:type="spellStart"/>
      <w:r>
        <w:t>compreso</w:t>
      </w:r>
      <w:proofErr w:type="spellEnd"/>
      <w:r>
        <w:t xml:space="preserve"> il </w:t>
      </w:r>
      <w:proofErr w:type="spellStart"/>
      <w:r>
        <w:t>regolamento</w:t>
      </w:r>
      <w:proofErr w:type="spellEnd"/>
      <w:r>
        <w:t xml:space="preserve"> </w:t>
      </w:r>
      <w:proofErr w:type="spellStart"/>
      <w:r>
        <w:t>generale</w:t>
      </w:r>
      <w:proofErr w:type="spellEnd"/>
      <w:r>
        <w:t xml:space="preserve"> del </w:t>
      </w:r>
      <w:proofErr w:type="spellStart"/>
      <w:r>
        <w:t>contratto</w:t>
      </w:r>
      <w:proofErr w:type="spellEnd"/>
      <w:r>
        <w:t xml:space="preserve"> e di </w:t>
      </w:r>
      <w:proofErr w:type="spellStart"/>
      <w:r>
        <w:t>approvarlo</w:t>
      </w:r>
      <w:proofErr w:type="spellEnd"/>
      <w:r>
        <w:t xml:space="preserve"> </w:t>
      </w:r>
      <w:proofErr w:type="spellStart"/>
      <w:r>
        <w:t>espressamente</w:t>
      </w:r>
      <w:proofErr w:type="spellEnd"/>
      <w:r>
        <w:t xml:space="preserve"> ai </w:t>
      </w:r>
      <w:proofErr w:type="spellStart"/>
      <w:r>
        <w:t>sensi</w:t>
      </w:r>
      <w:proofErr w:type="spellEnd"/>
      <w:r>
        <w:t xml:space="preserve"> </w:t>
      </w:r>
      <w:proofErr w:type="spellStart"/>
      <w:r>
        <w:t>degli</w:t>
      </w:r>
      <w:proofErr w:type="spellEnd"/>
      <w:r>
        <w:t xml:space="preserve"> </w:t>
      </w:r>
      <w:proofErr w:type="spellStart"/>
      <w:r>
        <w:t>articoli</w:t>
      </w:r>
      <w:proofErr w:type="spellEnd"/>
      <w:r>
        <w:t xml:space="preserve"> 1341 e 1342 del c.c. e </w:t>
      </w:r>
      <w:proofErr w:type="spellStart"/>
      <w:r>
        <w:t>della</w:t>
      </w:r>
      <w:proofErr w:type="spellEnd"/>
      <w:r>
        <w:t xml:space="preserve"> </w:t>
      </w:r>
      <w:proofErr w:type="spellStart"/>
      <w:r>
        <w:t>legge</w:t>
      </w:r>
      <w:proofErr w:type="spellEnd"/>
      <w:r>
        <w:t xml:space="preserve"> 675/96 e </w:t>
      </w:r>
      <w:proofErr w:type="spellStart"/>
      <w:r>
        <w:t>sottoscrive</w:t>
      </w:r>
      <w:proofErr w:type="spellEnd"/>
      <w:r>
        <w:t xml:space="preserve"> il </w:t>
      </w:r>
      <w:proofErr w:type="spellStart"/>
      <w:r>
        <w:t>presente</w:t>
      </w:r>
      <w:proofErr w:type="spellEnd"/>
      <w:r>
        <w:t xml:space="preserve"> </w:t>
      </w:r>
      <w:proofErr w:type="spellStart"/>
      <w:r>
        <w:t>atto</w:t>
      </w:r>
      <w:proofErr w:type="spellEnd"/>
      <w:r>
        <w:t xml:space="preserve"> </w:t>
      </w:r>
      <w:proofErr w:type="spellStart"/>
      <w:r>
        <w:t>anche</w:t>
      </w:r>
      <w:proofErr w:type="spellEnd"/>
      <w:r>
        <w:t xml:space="preserve"> per </w:t>
      </w:r>
      <w:proofErr w:type="spellStart"/>
      <w:r>
        <w:t>espressa</w:t>
      </w:r>
      <w:proofErr w:type="spellEnd"/>
      <w:r>
        <w:t xml:space="preserve"> </w:t>
      </w:r>
      <w:proofErr w:type="spellStart"/>
      <w:r>
        <w:t>accettazione</w:t>
      </w:r>
      <w:proofErr w:type="spellEnd"/>
      <w:r>
        <w:t xml:space="preserve"> di </w:t>
      </w:r>
      <w:proofErr w:type="spellStart"/>
      <w:r>
        <w:t>tutte</w:t>
      </w:r>
      <w:proofErr w:type="spellEnd"/>
      <w:r>
        <w:t xml:space="preserve"> le </w:t>
      </w:r>
      <w:proofErr w:type="spellStart"/>
      <w:r>
        <w:t>clausole</w:t>
      </w:r>
      <w:proofErr w:type="spellEnd"/>
      <w:r>
        <w:t xml:space="preserve"> </w:t>
      </w:r>
      <w:proofErr w:type="spellStart"/>
      <w:r>
        <w:t>riportate</w:t>
      </w:r>
      <w:proofErr w:type="spellEnd"/>
      <w:r>
        <w:t xml:space="preserve"> nel </w:t>
      </w:r>
      <w:proofErr w:type="spellStart"/>
      <w:r>
        <w:t>regolamento</w:t>
      </w:r>
      <w:proofErr w:type="spellEnd"/>
      <w:r>
        <w:t xml:space="preserve"> </w:t>
      </w:r>
      <w:proofErr w:type="spellStart"/>
      <w:r>
        <w:t>generale</w:t>
      </w:r>
      <w:proofErr w:type="spellEnd"/>
      <w:r>
        <w:t xml:space="preserve"> </w:t>
      </w:r>
      <w:proofErr w:type="spellStart"/>
      <w:r>
        <w:t>della</w:t>
      </w:r>
      <w:proofErr w:type="spellEnd"/>
      <w:r>
        <w:t xml:space="preserve"> </w:t>
      </w:r>
      <w:proofErr w:type="spellStart"/>
      <w:r>
        <w:t>fiera</w:t>
      </w:r>
      <w:proofErr w:type="spellEnd"/>
      <w:r w:rsidR="00731365">
        <w:t xml:space="preserve"> (</w:t>
      </w:r>
      <w:proofErr w:type="spellStart"/>
      <w:r w:rsidR="00731365">
        <w:t>vedi</w:t>
      </w:r>
      <w:proofErr w:type="spellEnd"/>
      <w:r w:rsidR="00731365">
        <w:t xml:space="preserve"> Bando di </w:t>
      </w:r>
      <w:proofErr w:type="spellStart"/>
      <w:r w:rsidR="00731365">
        <w:t>partecipazione</w:t>
      </w:r>
      <w:proofErr w:type="spellEnd"/>
      <w:r w:rsidR="00731365">
        <w:t>).</w:t>
      </w:r>
    </w:p>
    <w:p w:rsidR="00731365" w:rsidRDefault="00731365" w:rsidP="00731365">
      <w:pPr>
        <w:jc w:val="center"/>
        <w:rPr>
          <w:b/>
        </w:rPr>
      </w:pPr>
    </w:p>
    <w:p w:rsidR="006C35D8" w:rsidRPr="00731365" w:rsidRDefault="00731365" w:rsidP="00731365">
      <w:pPr>
        <w:jc w:val="center"/>
        <w:rPr>
          <w:b/>
        </w:rPr>
      </w:pPr>
      <w:r w:rsidRPr="00731365">
        <w:rPr>
          <w:b/>
        </w:rPr>
        <w:t>PRESENTAZIONI LIBRI</w:t>
      </w:r>
    </w:p>
    <w:p w:rsidR="002B5419" w:rsidRDefault="00867A6E">
      <w:proofErr w:type="spellStart"/>
      <w:r>
        <w:t>Eventuale</w:t>
      </w:r>
      <w:proofErr w:type="spellEnd"/>
      <w:r>
        <w:t xml:space="preserve"> </w:t>
      </w:r>
      <w:proofErr w:type="spellStart"/>
      <w:r>
        <w:t>proposta</w:t>
      </w:r>
      <w:proofErr w:type="spellEnd"/>
      <w:r>
        <w:t xml:space="preserve"> di </w:t>
      </w:r>
      <w:proofErr w:type="spellStart"/>
      <w:r>
        <w:t>presentazione</w:t>
      </w:r>
      <w:proofErr w:type="spellEnd"/>
      <w:r>
        <w:t>/</w:t>
      </w:r>
      <w:proofErr w:type="spellStart"/>
      <w:r>
        <w:t>incontro</w:t>
      </w:r>
      <w:proofErr w:type="spellEnd"/>
      <w:r>
        <w:t xml:space="preserve"> con </w:t>
      </w:r>
      <w:proofErr w:type="spellStart"/>
      <w:r>
        <w:t>autore</w:t>
      </w:r>
      <w:proofErr w:type="spellEnd"/>
      <w:r w:rsidR="006C35D8">
        <w:t xml:space="preserve"> (</w:t>
      </w:r>
      <w:proofErr w:type="spellStart"/>
      <w:r w:rsidR="006C35D8">
        <w:t>ripetere</w:t>
      </w:r>
      <w:proofErr w:type="spellEnd"/>
      <w:r w:rsidR="006C35D8">
        <w:t xml:space="preserve"> in </w:t>
      </w:r>
      <w:proofErr w:type="spellStart"/>
      <w:r w:rsidR="006C35D8">
        <w:t>caso</w:t>
      </w:r>
      <w:proofErr w:type="spellEnd"/>
      <w:r w:rsidR="006C35D8">
        <w:t xml:space="preserve"> di </w:t>
      </w:r>
      <w:proofErr w:type="spellStart"/>
      <w:r w:rsidR="006C35D8">
        <w:t>più</w:t>
      </w:r>
      <w:proofErr w:type="spellEnd"/>
      <w:r w:rsidR="006C35D8">
        <w:t xml:space="preserve"> </w:t>
      </w:r>
      <w:proofErr w:type="spellStart"/>
      <w:r w:rsidR="006C35D8">
        <w:t>presentazioni</w:t>
      </w:r>
      <w:proofErr w:type="spellEnd"/>
      <w:r w:rsidR="006C35D8">
        <w:t>)</w:t>
      </w:r>
      <w:r>
        <w:t>:</w:t>
      </w:r>
    </w:p>
    <w:p w:rsidR="002B5419" w:rsidRDefault="00867A6E">
      <w:r>
        <w:t>Titolo dell’incontro: _____________________________________________________</w:t>
      </w:r>
    </w:p>
    <w:p w:rsidR="002B5419" w:rsidRDefault="00867A6E">
      <w:proofErr w:type="spellStart"/>
      <w:r>
        <w:t>Autore</w:t>
      </w:r>
      <w:proofErr w:type="spellEnd"/>
      <w:r>
        <w:t xml:space="preserve">/i </w:t>
      </w:r>
      <w:proofErr w:type="spellStart"/>
      <w:r>
        <w:t>presente</w:t>
      </w:r>
      <w:proofErr w:type="spellEnd"/>
      <w:r>
        <w:t>/i: _____________________________________________________</w:t>
      </w:r>
    </w:p>
    <w:p w:rsidR="00186D7C" w:rsidRDefault="00186D7C">
      <w:proofErr w:type="spellStart"/>
      <w:r>
        <w:t>Relatore</w:t>
      </w:r>
      <w:proofErr w:type="spellEnd"/>
      <w:r>
        <w:t>/</w:t>
      </w:r>
      <w:proofErr w:type="spellStart"/>
      <w:r>
        <w:t>presentatore</w:t>
      </w:r>
      <w:proofErr w:type="spellEnd"/>
      <w:r w:rsidR="009D5C13">
        <w:t>: __________________________________________________</w:t>
      </w:r>
    </w:p>
    <w:p w:rsidR="002B5419" w:rsidRDefault="00867A6E">
      <w:r>
        <w:t>Breve descrizione (max 500 battute): ______________________________________</w:t>
      </w:r>
    </w:p>
    <w:p w:rsidR="002B5419" w:rsidRDefault="00867A6E">
      <w:r>
        <w:t>_______________________________________________________________________</w:t>
      </w:r>
    </w:p>
    <w:p w:rsidR="006C35D8" w:rsidRDefault="00867A6E">
      <w:r>
        <w:br/>
      </w:r>
    </w:p>
    <w:p w:rsidR="002B5419" w:rsidRDefault="00867A6E">
      <w:proofErr w:type="spellStart"/>
      <w:r>
        <w:t>Luogo</w:t>
      </w:r>
      <w:proofErr w:type="spellEnd"/>
      <w:r>
        <w:t xml:space="preserve"> e data ________________________</w:t>
      </w:r>
    </w:p>
    <w:p w:rsidR="002B5419" w:rsidRDefault="006C35D8">
      <w:r>
        <w:t xml:space="preserve">                                                                                                                   </w:t>
      </w:r>
      <w:proofErr w:type="spellStart"/>
      <w:r w:rsidR="00867A6E">
        <w:t>Firma</w:t>
      </w:r>
      <w:proofErr w:type="spellEnd"/>
      <w:r w:rsidR="00867A6E">
        <w:t xml:space="preserve"> ______________________________</w:t>
      </w:r>
    </w:p>
    <w:p w:rsidR="00735C0B" w:rsidRDefault="00735C0B"/>
    <w:p w:rsidR="00F24760" w:rsidRDefault="00F24760" w:rsidP="00735C0B"/>
    <w:p w:rsidR="00735C0B" w:rsidRDefault="00735C0B" w:rsidP="00735C0B">
      <w:r>
        <w:t xml:space="preserve">Il </w:t>
      </w:r>
      <w:proofErr w:type="spellStart"/>
      <w:r>
        <w:t>presente</w:t>
      </w:r>
      <w:proofErr w:type="spellEnd"/>
      <w:r>
        <w:t xml:space="preserve"> modulo di </w:t>
      </w:r>
      <w:proofErr w:type="spellStart"/>
      <w:r>
        <w:t>adesione</w:t>
      </w:r>
      <w:proofErr w:type="spellEnd"/>
      <w:r>
        <w:t xml:space="preserve">, </w:t>
      </w:r>
      <w:proofErr w:type="spellStart"/>
      <w:r>
        <w:t>compilato</w:t>
      </w:r>
      <w:proofErr w:type="spellEnd"/>
      <w:r>
        <w:t xml:space="preserve"> e </w:t>
      </w:r>
      <w:proofErr w:type="spellStart"/>
      <w:r>
        <w:t>firmato</w:t>
      </w:r>
      <w:proofErr w:type="spellEnd"/>
      <w:r>
        <w:t xml:space="preserve">, </w:t>
      </w:r>
      <w:proofErr w:type="spellStart"/>
      <w:r>
        <w:t>deve</w:t>
      </w:r>
      <w:proofErr w:type="spellEnd"/>
      <w:r>
        <w:t xml:space="preserve"> </w:t>
      </w:r>
      <w:proofErr w:type="spellStart"/>
      <w:r>
        <w:t>essere</w:t>
      </w:r>
      <w:proofErr w:type="spellEnd"/>
      <w:r>
        <w:t xml:space="preserve"> </w:t>
      </w:r>
      <w:proofErr w:type="spellStart"/>
      <w:r>
        <w:t>inviato</w:t>
      </w:r>
      <w:proofErr w:type="spellEnd"/>
      <w:r>
        <w:t xml:space="preserve"> via email </w:t>
      </w:r>
      <w:proofErr w:type="spellStart"/>
      <w:r>
        <w:t>all’indirizzo</w:t>
      </w:r>
      <w:proofErr w:type="spellEnd"/>
      <w:r>
        <w:t xml:space="preserve"> </w:t>
      </w:r>
      <w:hyperlink r:id="rId9" w:history="1">
        <w:r w:rsidR="006D723F" w:rsidRPr="00DE422C">
          <w:rPr>
            <w:rStyle w:val="Collegamentoipertestuale"/>
          </w:rPr>
          <w:t>info@ilsognodiulisse.it</w:t>
        </w:r>
      </w:hyperlink>
      <w:r w:rsidR="006D723F">
        <w:t xml:space="preserve"> </w:t>
      </w:r>
      <w:proofErr w:type="spellStart"/>
      <w:r>
        <w:t>contestualmente</w:t>
      </w:r>
      <w:proofErr w:type="spellEnd"/>
      <w:r>
        <w:t xml:space="preserve"> </w:t>
      </w:r>
      <w:proofErr w:type="spellStart"/>
      <w:r>
        <w:t>all’allegato</w:t>
      </w:r>
      <w:proofErr w:type="spellEnd"/>
      <w:r>
        <w:t xml:space="preserve"> </w:t>
      </w:r>
      <w:proofErr w:type="spellStart"/>
      <w:r>
        <w:t>della</w:t>
      </w:r>
      <w:proofErr w:type="spellEnd"/>
      <w:r>
        <w:t xml:space="preserve"> </w:t>
      </w:r>
      <w:proofErr w:type="spellStart"/>
      <w:r>
        <w:t>ricevuta</w:t>
      </w:r>
      <w:proofErr w:type="spellEnd"/>
      <w:r>
        <w:t xml:space="preserve"> di </w:t>
      </w:r>
      <w:proofErr w:type="spellStart"/>
      <w:r>
        <w:t>pagamento</w:t>
      </w:r>
      <w:proofErr w:type="spellEnd"/>
      <w:r>
        <w:t xml:space="preserve"> </w:t>
      </w:r>
      <w:proofErr w:type="spellStart"/>
      <w:r>
        <w:t>della</w:t>
      </w:r>
      <w:proofErr w:type="spellEnd"/>
      <w:r>
        <w:t xml:space="preserve"> quota di </w:t>
      </w:r>
      <w:proofErr w:type="spellStart"/>
      <w:r>
        <w:t>partecipazione</w:t>
      </w:r>
      <w:proofErr w:type="spellEnd"/>
      <w:r w:rsidR="00A02087">
        <w:t xml:space="preserve">, </w:t>
      </w:r>
      <w:proofErr w:type="spellStart"/>
      <w:r w:rsidR="00A02087">
        <w:t>entro</w:t>
      </w:r>
      <w:proofErr w:type="spellEnd"/>
      <w:r w:rsidR="00A02087">
        <w:t xml:space="preserve"> il 15 </w:t>
      </w:r>
      <w:proofErr w:type="spellStart"/>
      <w:r w:rsidR="00A02087">
        <w:t>Novembre</w:t>
      </w:r>
      <w:proofErr w:type="spellEnd"/>
      <w:r w:rsidR="00A02087">
        <w:t xml:space="preserve"> 2025.</w:t>
      </w:r>
    </w:p>
    <w:p w:rsidR="00735C0B" w:rsidRDefault="00735C0B" w:rsidP="00735C0B">
      <w:r>
        <w:t xml:space="preserve">Il </w:t>
      </w:r>
      <w:proofErr w:type="spellStart"/>
      <w:r>
        <w:t>pagamento</w:t>
      </w:r>
      <w:proofErr w:type="spellEnd"/>
      <w:r>
        <w:t xml:space="preserve"> </w:t>
      </w:r>
      <w:proofErr w:type="spellStart"/>
      <w:r>
        <w:t>deve</w:t>
      </w:r>
      <w:proofErr w:type="spellEnd"/>
      <w:r>
        <w:t xml:space="preserve"> </w:t>
      </w:r>
      <w:proofErr w:type="spellStart"/>
      <w:r>
        <w:t>essere</w:t>
      </w:r>
      <w:proofErr w:type="spellEnd"/>
      <w:r>
        <w:t xml:space="preserve"> </w:t>
      </w:r>
      <w:proofErr w:type="spellStart"/>
      <w:r>
        <w:t>effettuato</w:t>
      </w:r>
      <w:proofErr w:type="spellEnd"/>
      <w:r>
        <w:t xml:space="preserve"> a </w:t>
      </w:r>
      <w:proofErr w:type="spellStart"/>
      <w:r>
        <w:t>titolo</w:t>
      </w:r>
      <w:proofErr w:type="spellEnd"/>
      <w:r>
        <w:t xml:space="preserve"> di </w:t>
      </w:r>
      <w:proofErr w:type="spellStart"/>
      <w:r>
        <w:t>donazione</w:t>
      </w:r>
      <w:proofErr w:type="spellEnd"/>
      <w:r>
        <w:t xml:space="preserve"> </w:t>
      </w:r>
      <w:proofErr w:type="spellStart"/>
      <w:r>
        <w:t>liberale</w:t>
      </w:r>
      <w:proofErr w:type="spellEnd"/>
      <w:r>
        <w:t xml:space="preserve"> a </w:t>
      </w:r>
      <w:proofErr w:type="spellStart"/>
      <w:r>
        <w:t>sostegno</w:t>
      </w:r>
      <w:proofErr w:type="spellEnd"/>
      <w:r>
        <w:t xml:space="preserve"> </w:t>
      </w:r>
      <w:proofErr w:type="spellStart"/>
      <w:r>
        <w:t>dell’iniziativa</w:t>
      </w:r>
      <w:proofErr w:type="spellEnd"/>
      <w:r>
        <w:t xml:space="preserve">, con la </w:t>
      </w:r>
      <w:proofErr w:type="spellStart"/>
      <w:r>
        <w:t>seguente</w:t>
      </w:r>
      <w:proofErr w:type="spellEnd"/>
      <w:r>
        <w:t xml:space="preserve"> </w:t>
      </w:r>
      <w:proofErr w:type="spellStart"/>
      <w:r>
        <w:t>causale</w:t>
      </w:r>
      <w:proofErr w:type="spellEnd"/>
      <w:r>
        <w:t xml:space="preserve"> </w:t>
      </w:r>
      <w:proofErr w:type="spellStart"/>
      <w:r>
        <w:t>obbligatoria</w:t>
      </w:r>
      <w:proofErr w:type="spellEnd"/>
      <w:r>
        <w:t>: “</w:t>
      </w:r>
      <w:proofErr w:type="spellStart"/>
      <w:r>
        <w:t>Donazione</w:t>
      </w:r>
      <w:proofErr w:type="spellEnd"/>
      <w:r>
        <w:t xml:space="preserve"> Castello del Libro – Nome </w:t>
      </w:r>
      <w:proofErr w:type="spellStart"/>
      <w:r>
        <w:t>Editore</w:t>
      </w:r>
      <w:proofErr w:type="spellEnd"/>
      <w:r>
        <w:t>”</w:t>
      </w:r>
      <w:r w:rsidR="007B3147">
        <w:t>.</w:t>
      </w:r>
    </w:p>
    <w:p w:rsidR="00735C0B" w:rsidRDefault="00735C0B" w:rsidP="00735C0B">
      <w:proofErr w:type="spellStart"/>
      <w:r>
        <w:t>Bonifico</w:t>
      </w:r>
      <w:proofErr w:type="spellEnd"/>
      <w:r>
        <w:t xml:space="preserve"> </w:t>
      </w:r>
      <w:proofErr w:type="spellStart"/>
      <w:r>
        <w:t>bancario</w:t>
      </w:r>
      <w:proofErr w:type="spellEnd"/>
      <w:r>
        <w:t xml:space="preserve"> </w:t>
      </w:r>
      <w:proofErr w:type="spellStart"/>
      <w:r>
        <w:t>intestato</w:t>
      </w:r>
      <w:proofErr w:type="spellEnd"/>
      <w:r>
        <w:t xml:space="preserve"> a:</w:t>
      </w:r>
      <w:r>
        <w:br/>
        <w:t xml:space="preserve">Associazione Culturale Il </w:t>
      </w:r>
      <w:proofErr w:type="spellStart"/>
      <w:r>
        <w:t>Sogno</w:t>
      </w:r>
      <w:proofErr w:type="spellEnd"/>
      <w:r>
        <w:t xml:space="preserve"> di Ulisse</w:t>
      </w:r>
      <w:r>
        <w:br/>
        <w:t>IBAN: IT82L0529674030CC0160010883</w:t>
      </w:r>
    </w:p>
    <w:p w:rsidR="00735C0B" w:rsidRDefault="00735C0B" w:rsidP="00735C0B">
      <w:proofErr w:type="spellStart"/>
      <w:r>
        <w:t>Oppure</w:t>
      </w:r>
      <w:proofErr w:type="spellEnd"/>
      <w:r>
        <w:t xml:space="preserve"> via PayPal a: </w:t>
      </w:r>
      <w:hyperlink r:id="rId10" w:history="1">
        <w:r w:rsidRPr="00DE422C">
          <w:rPr>
            <w:rStyle w:val="Collegamentoipertestuale"/>
          </w:rPr>
          <w:t>info@ilsognodiulisse.it</w:t>
        </w:r>
      </w:hyperlink>
      <w:r>
        <w:t xml:space="preserve"> </w:t>
      </w:r>
    </w:p>
    <w:p w:rsidR="004E6CCB" w:rsidRPr="004E6CCB" w:rsidRDefault="004E6CCB" w:rsidP="00735C0B">
      <w:pPr>
        <w:rPr>
          <w:b/>
        </w:rPr>
      </w:pPr>
      <w:r w:rsidRPr="00FF102B">
        <w:rPr>
          <w:rStyle w:val="Enfasigrassetto"/>
        </w:rPr>
        <w:t>NB:</w:t>
      </w:r>
      <w:r w:rsidRPr="004E6CCB">
        <w:rPr>
          <w:b/>
        </w:rPr>
        <w:t xml:space="preserve"> Le </w:t>
      </w:r>
      <w:proofErr w:type="spellStart"/>
      <w:r w:rsidRPr="004E6CCB">
        <w:rPr>
          <w:b/>
        </w:rPr>
        <w:t>adesioni</w:t>
      </w:r>
      <w:proofErr w:type="spellEnd"/>
      <w:r w:rsidRPr="004E6CCB">
        <w:rPr>
          <w:b/>
        </w:rPr>
        <w:t xml:space="preserve"> </w:t>
      </w:r>
      <w:proofErr w:type="spellStart"/>
      <w:r w:rsidRPr="004E6CCB">
        <w:rPr>
          <w:b/>
        </w:rPr>
        <w:t>saranno</w:t>
      </w:r>
      <w:proofErr w:type="spellEnd"/>
      <w:r w:rsidRPr="004E6CCB">
        <w:rPr>
          <w:b/>
        </w:rPr>
        <w:t xml:space="preserve"> </w:t>
      </w:r>
      <w:proofErr w:type="spellStart"/>
      <w:r w:rsidRPr="004E6CCB">
        <w:rPr>
          <w:b/>
        </w:rPr>
        <w:t>accettate</w:t>
      </w:r>
      <w:proofErr w:type="spellEnd"/>
      <w:r w:rsidRPr="004E6CCB">
        <w:rPr>
          <w:b/>
        </w:rPr>
        <w:t xml:space="preserve"> </w:t>
      </w:r>
      <w:proofErr w:type="spellStart"/>
      <w:r w:rsidRPr="004E6CCB">
        <w:rPr>
          <w:b/>
        </w:rPr>
        <w:t>fino</w:t>
      </w:r>
      <w:proofErr w:type="spellEnd"/>
      <w:r w:rsidRPr="004E6CCB">
        <w:rPr>
          <w:b/>
        </w:rPr>
        <w:t xml:space="preserve"> </w:t>
      </w:r>
      <w:proofErr w:type="gramStart"/>
      <w:r w:rsidRPr="004E6CCB">
        <w:rPr>
          <w:b/>
        </w:rPr>
        <w:t>a</w:t>
      </w:r>
      <w:proofErr w:type="gramEnd"/>
      <w:r w:rsidRPr="004E6CCB">
        <w:rPr>
          <w:b/>
        </w:rPr>
        <w:t xml:space="preserve"> </w:t>
      </w:r>
      <w:proofErr w:type="spellStart"/>
      <w:r w:rsidRPr="004E6CCB">
        <w:rPr>
          <w:b/>
        </w:rPr>
        <w:t>esaurimento</w:t>
      </w:r>
      <w:proofErr w:type="spellEnd"/>
      <w:r w:rsidRPr="004E6CCB">
        <w:rPr>
          <w:b/>
        </w:rPr>
        <w:t xml:space="preserve"> </w:t>
      </w:r>
      <w:proofErr w:type="spellStart"/>
      <w:r w:rsidRPr="004E6CCB">
        <w:rPr>
          <w:b/>
        </w:rPr>
        <w:t>posti</w:t>
      </w:r>
      <w:proofErr w:type="spellEnd"/>
      <w:r w:rsidRPr="004E6CCB">
        <w:rPr>
          <w:b/>
        </w:rPr>
        <w:t xml:space="preserve"> </w:t>
      </w:r>
      <w:proofErr w:type="spellStart"/>
      <w:r w:rsidRPr="004E6CCB">
        <w:rPr>
          <w:b/>
        </w:rPr>
        <w:t>disponibili</w:t>
      </w:r>
      <w:proofErr w:type="spellEnd"/>
      <w:r w:rsidRPr="004E6CCB">
        <w:rPr>
          <w:b/>
        </w:rPr>
        <w:t>.</w:t>
      </w:r>
    </w:p>
    <w:sectPr w:rsidR="004E6CCB" w:rsidRPr="004E6CCB" w:rsidSect="00034616">
      <w:footerReference w:type="default" r:id="rId11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84C20" w:rsidRDefault="00684C20" w:rsidP="00482306">
      <w:pPr>
        <w:spacing w:after="0" w:line="240" w:lineRule="auto"/>
      </w:pPr>
      <w:r>
        <w:separator/>
      </w:r>
    </w:p>
  </w:endnote>
  <w:endnote w:type="continuationSeparator" w:id="0">
    <w:p w:rsidR="00684C20" w:rsidRDefault="00684C20" w:rsidP="004823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82306" w:rsidRDefault="00482306">
    <w:pPr>
      <w:pStyle w:val="Pidipagina"/>
      <w:pBdr>
        <w:bottom w:val="single" w:sz="12" w:space="1" w:color="auto"/>
      </w:pBdr>
    </w:pPr>
  </w:p>
  <w:p w:rsidR="00482306" w:rsidRDefault="00482306" w:rsidP="00482306">
    <w:pPr>
      <w:pStyle w:val="Pidipagina"/>
      <w:jc w:val="center"/>
    </w:pPr>
    <w:r>
      <w:t>www.castellodellibro.it</w:t>
    </w:r>
  </w:p>
  <w:p w:rsidR="00482306" w:rsidRDefault="00482306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84C20" w:rsidRDefault="00684C20" w:rsidP="00482306">
      <w:pPr>
        <w:spacing w:after="0" w:line="240" w:lineRule="auto"/>
      </w:pPr>
      <w:r>
        <w:separator/>
      </w:r>
    </w:p>
  </w:footnote>
  <w:footnote w:type="continuationSeparator" w:id="0">
    <w:p w:rsidR="00684C20" w:rsidRDefault="00684C20" w:rsidP="0048230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Numeroelenco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Numeroelenco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Puntoelenco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Puntoelenco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Numeroelenco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Puntoelenco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186D7C"/>
    <w:rsid w:val="001B64C3"/>
    <w:rsid w:val="00210D7D"/>
    <w:rsid w:val="0029639D"/>
    <w:rsid w:val="002B5419"/>
    <w:rsid w:val="002E258F"/>
    <w:rsid w:val="00326F90"/>
    <w:rsid w:val="00482306"/>
    <w:rsid w:val="004E6CCB"/>
    <w:rsid w:val="00684C20"/>
    <w:rsid w:val="006A2DB0"/>
    <w:rsid w:val="006C35D8"/>
    <w:rsid w:val="006D723F"/>
    <w:rsid w:val="00731365"/>
    <w:rsid w:val="00735C0B"/>
    <w:rsid w:val="007B3147"/>
    <w:rsid w:val="00823AF5"/>
    <w:rsid w:val="00867A6E"/>
    <w:rsid w:val="00936871"/>
    <w:rsid w:val="009D5C13"/>
    <w:rsid w:val="00A02087"/>
    <w:rsid w:val="00AA1D8D"/>
    <w:rsid w:val="00B47730"/>
    <w:rsid w:val="00C74753"/>
    <w:rsid w:val="00CB0664"/>
    <w:rsid w:val="00E73BD6"/>
    <w:rsid w:val="00ED2D1F"/>
    <w:rsid w:val="00F24760"/>
    <w:rsid w:val="00FC693F"/>
    <w:rsid w:val="00FF102B"/>
    <w:rsid w:val="00FF78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954FC8B"/>
  <w14:defaultImageDpi w14:val="300"/>
  <w15:docId w15:val="{B5A08CE7-3F21-405E-ABE9-E77D51F605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FC693F"/>
  </w:style>
  <w:style w:type="paragraph" w:styleId="Titolo1">
    <w:name w:val="heading 1"/>
    <w:basedOn w:val="Normale"/>
    <w:next w:val="Normale"/>
    <w:link w:val="Titolo1Carattere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olo3">
    <w:name w:val="heading 3"/>
    <w:basedOn w:val="Normale"/>
    <w:next w:val="Normale"/>
    <w:link w:val="Titolo3Carattere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618BF"/>
  </w:style>
  <w:style w:type="paragraph" w:styleId="Pidipagina">
    <w:name w:val="footer"/>
    <w:basedOn w:val="Normale"/>
    <w:link w:val="PidipaginaCarattere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618BF"/>
  </w:style>
  <w:style w:type="paragraph" w:styleId="Nessunaspaziatura">
    <w:name w:val="No Spacing"/>
    <w:uiPriority w:val="1"/>
    <w:qFormat/>
    <w:rsid w:val="00FC693F"/>
    <w:pPr>
      <w:spacing w:after="0" w:line="240" w:lineRule="auto"/>
    </w:pPr>
  </w:style>
  <w:style w:type="character" w:customStyle="1" w:styleId="Titolo1Carattere">
    <w:name w:val="Titolo 1 Carattere"/>
    <w:basedOn w:val="Carpredefinitoparagrafo"/>
    <w:link w:val="Tito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olo2Carattere">
    <w:name w:val="Titolo 2 Carattere"/>
    <w:basedOn w:val="Carpredefinitoparagrafo"/>
    <w:link w:val="Tito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olo3Carattere">
    <w:name w:val="Titolo 3 Carattere"/>
    <w:basedOn w:val="Carpredefinitoparagrafo"/>
    <w:link w:val="Tito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olo">
    <w:name w:val="Title"/>
    <w:basedOn w:val="Normale"/>
    <w:next w:val="Normale"/>
    <w:link w:val="TitoloCarattere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oloCarattere">
    <w:name w:val="Titolo Carattere"/>
    <w:basedOn w:val="Carpredefinitoparagrafo"/>
    <w:link w:val="Tito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agrafoelenco">
    <w:name w:val="List Paragraph"/>
    <w:basedOn w:val="Normale"/>
    <w:uiPriority w:val="34"/>
    <w:qFormat/>
    <w:rsid w:val="00FC693F"/>
    <w:pPr>
      <w:ind w:left="720"/>
      <w:contextualSpacing/>
    </w:pPr>
  </w:style>
  <w:style w:type="paragraph" w:styleId="Corpotesto">
    <w:name w:val="Body Text"/>
    <w:basedOn w:val="Normale"/>
    <w:link w:val="CorpotestoCarattere"/>
    <w:uiPriority w:val="99"/>
    <w:unhideWhenUsed/>
    <w:rsid w:val="00AA1D8D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uiPriority w:val="99"/>
    <w:rsid w:val="00AA1D8D"/>
  </w:style>
  <w:style w:type="paragraph" w:styleId="Corpodeltesto2">
    <w:name w:val="Body Text 2"/>
    <w:basedOn w:val="Normale"/>
    <w:link w:val="Corpodeltesto2Carattere"/>
    <w:uiPriority w:val="99"/>
    <w:unhideWhenUsed/>
    <w:rsid w:val="00AA1D8D"/>
    <w:pPr>
      <w:spacing w:after="120" w:line="480" w:lineRule="auto"/>
    </w:pPr>
  </w:style>
  <w:style w:type="character" w:customStyle="1" w:styleId="Corpodeltesto2Carattere">
    <w:name w:val="Corpo del testo 2 Carattere"/>
    <w:basedOn w:val="Carpredefinitoparagrafo"/>
    <w:link w:val="Corpodeltesto2"/>
    <w:uiPriority w:val="99"/>
    <w:rsid w:val="00AA1D8D"/>
  </w:style>
  <w:style w:type="paragraph" w:styleId="Corpodeltesto3">
    <w:name w:val="Body Text 3"/>
    <w:basedOn w:val="Normale"/>
    <w:link w:val="Corpodeltesto3Carattere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odeltesto3Carattere">
    <w:name w:val="Corpo del testo 3 Carattere"/>
    <w:basedOn w:val="Carpredefinitoparagrafo"/>
    <w:link w:val="Corpodeltesto3"/>
    <w:uiPriority w:val="99"/>
    <w:rsid w:val="00AA1D8D"/>
    <w:rPr>
      <w:sz w:val="16"/>
      <w:szCs w:val="16"/>
    </w:rPr>
  </w:style>
  <w:style w:type="paragraph" w:styleId="Elenco">
    <w:name w:val="List"/>
    <w:basedOn w:val="Normale"/>
    <w:uiPriority w:val="99"/>
    <w:unhideWhenUsed/>
    <w:rsid w:val="00AA1D8D"/>
    <w:pPr>
      <w:ind w:left="360" w:hanging="360"/>
      <w:contextualSpacing/>
    </w:pPr>
  </w:style>
  <w:style w:type="paragraph" w:styleId="Elenco2">
    <w:name w:val="List 2"/>
    <w:basedOn w:val="Normale"/>
    <w:uiPriority w:val="99"/>
    <w:unhideWhenUsed/>
    <w:rsid w:val="00326F90"/>
    <w:pPr>
      <w:ind w:left="720" w:hanging="360"/>
      <w:contextualSpacing/>
    </w:pPr>
  </w:style>
  <w:style w:type="paragraph" w:styleId="Elenco3">
    <w:name w:val="List 3"/>
    <w:basedOn w:val="Normale"/>
    <w:uiPriority w:val="99"/>
    <w:unhideWhenUsed/>
    <w:rsid w:val="00326F90"/>
    <w:pPr>
      <w:ind w:left="1080" w:hanging="360"/>
      <w:contextualSpacing/>
    </w:pPr>
  </w:style>
  <w:style w:type="paragraph" w:styleId="Puntoelenco">
    <w:name w:val="List Bullet"/>
    <w:basedOn w:val="Normale"/>
    <w:uiPriority w:val="99"/>
    <w:unhideWhenUsed/>
    <w:rsid w:val="00326F90"/>
    <w:pPr>
      <w:numPr>
        <w:numId w:val="1"/>
      </w:numPr>
      <w:contextualSpacing/>
    </w:pPr>
  </w:style>
  <w:style w:type="paragraph" w:styleId="Puntoelenco2">
    <w:name w:val="List Bullet 2"/>
    <w:basedOn w:val="Normale"/>
    <w:uiPriority w:val="99"/>
    <w:unhideWhenUsed/>
    <w:rsid w:val="00326F90"/>
    <w:pPr>
      <w:numPr>
        <w:numId w:val="2"/>
      </w:numPr>
      <w:contextualSpacing/>
    </w:pPr>
  </w:style>
  <w:style w:type="paragraph" w:styleId="Puntoelenco3">
    <w:name w:val="List Bullet 3"/>
    <w:basedOn w:val="Normale"/>
    <w:uiPriority w:val="99"/>
    <w:unhideWhenUsed/>
    <w:rsid w:val="00326F90"/>
    <w:pPr>
      <w:numPr>
        <w:numId w:val="3"/>
      </w:numPr>
      <w:contextualSpacing/>
    </w:pPr>
  </w:style>
  <w:style w:type="paragraph" w:styleId="Numeroelenco">
    <w:name w:val="List Number"/>
    <w:basedOn w:val="Normale"/>
    <w:uiPriority w:val="99"/>
    <w:unhideWhenUsed/>
    <w:rsid w:val="00326F90"/>
    <w:pPr>
      <w:numPr>
        <w:numId w:val="5"/>
      </w:numPr>
      <w:contextualSpacing/>
    </w:pPr>
  </w:style>
  <w:style w:type="paragraph" w:styleId="Numeroelenco2">
    <w:name w:val="List Number 2"/>
    <w:basedOn w:val="Normale"/>
    <w:uiPriority w:val="99"/>
    <w:unhideWhenUsed/>
    <w:rsid w:val="0029639D"/>
    <w:pPr>
      <w:numPr>
        <w:numId w:val="6"/>
      </w:numPr>
      <w:contextualSpacing/>
    </w:pPr>
  </w:style>
  <w:style w:type="paragraph" w:styleId="Numeroelenco3">
    <w:name w:val="List Number 3"/>
    <w:basedOn w:val="Normale"/>
    <w:uiPriority w:val="99"/>
    <w:unhideWhenUsed/>
    <w:rsid w:val="0029639D"/>
    <w:pPr>
      <w:numPr>
        <w:numId w:val="7"/>
      </w:numPr>
      <w:contextualSpacing/>
    </w:pPr>
  </w:style>
  <w:style w:type="paragraph" w:styleId="Elencocontinua">
    <w:name w:val="List Continue"/>
    <w:basedOn w:val="Normale"/>
    <w:uiPriority w:val="99"/>
    <w:unhideWhenUsed/>
    <w:rsid w:val="0029639D"/>
    <w:pPr>
      <w:spacing w:after="120"/>
      <w:ind w:left="360"/>
      <w:contextualSpacing/>
    </w:pPr>
  </w:style>
  <w:style w:type="paragraph" w:styleId="Elencocontinua2">
    <w:name w:val="List Continue 2"/>
    <w:basedOn w:val="Normale"/>
    <w:uiPriority w:val="99"/>
    <w:unhideWhenUsed/>
    <w:rsid w:val="0029639D"/>
    <w:pPr>
      <w:spacing w:after="120"/>
      <w:ind w:left="720"/>
      <w:contextualSpacing/>
    </w:pPr>
  </w:style>
  <w:style w:type="paragraph" w:styleId="Elencocontinua3">
    <w:name w:val="List Continue 3"/>
    <w:basedOn w:val="Normale"/>
    <w:uiPriority w:val="99"/>
    <w:unhideWhenUsed/>
    <w:rsid w:val="0029639D"/>
    <w:pPr>
      <w:spacing w:after="120"/>
      <w:ind w:left="1080"/>
      <w:contextualSpacing/>
    </w:pPr>
  </w:style>
  <w:style w:type="paragraph" w:styleId="Testomacro">
    <w:name w:val="macro"/>
    <w:link w:val="TestomacroCarattere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stomacroCarattere">
    <w:name w:val="Testo macro Carattere"/>
    <w:basedOn w:val="Carpredefinitoparagrafo"/>
    <w:link w:val="Testomacro"/>
    <w:uiPriority w:val="99"/>
    <w:rsid w:val="0029639D"/>
    <w:rPr>
      <w:rFonts w:ascii="Courier" w:hAnsi="Courier"/>
      <w:sz w:val="20"/>
      <w:szCs w:val="20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FC693F"/>
    <w:rPr>
      <w:i/>
      <w:iCs/>
      <w:color w:val="000000" w:themeColor="text1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FC693F"/>
    <w:rPr>
      <w:i/>
      <w:iCs/>
      <w:color w:val="000000" w:themeColor="text1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idascalia">
    <w:name w:val="caption"/>
    <w:basedOn w:val="Normale"/>
    <w:next w:val="Normale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Enfasigrassetto">
    <w:name w:val="Strong"/>
    <w:basedOn w:val="Carpredefinitoparagrafo"/>
    <w:uiPriority w:val="22"/>
    <w:qFormat/>
    <w:rsid w:val="00FC693F"/>
    <w:rPr>
      <w:b/>
      <w:bCs/>
    </w:rPr>
  </w:style>
  <w:style w:type="character" w:styleId="Enfasicorsivo">
    <w:name w:val="Emphasis"/>
    <w:basedOn w:val="Carpredefinitoparagrafo"/>
    <w:uiPriority w:val="20"/>
    <w:qFormat/>
    <w:rsid w:val="00FC693F"/>
    <w:rPr>
      <w:i/>
      <w:iCs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FC693F"/>
    <w:rPr>
      <w:b/>
      <w:bCs/>
      <w:i/>
      <w:iCs/>
      <w:color w:val="4F81BD" w:themeColor="accent1"/>
    </w:rPr>
  </w:style>
  <w:style w:type="character" w:styleId="Enfasidelicata">
    <w:name w:val="Subtle Emphasis"/>
    <w:basedOn w:val="Carpredefinitoparagrafo"/>
    <w:uiPriority w:val="19"/>
    <w:qFormat/>
    <w:rsid w:val="00FC693F"/>
    <w:rPr>
      <w:i/>
      <w:iCs/>
      <w:color w:val="808080" w:themeColor="text1" w:themeTint="7F"/>
    </w:rPr>
  </w:style>
  <w:style w:type="character" w:styleId="Enfasiintensa">
    <w:name w:val="Intense Emphasis"/>
    <w:basedOn w:val="Carpredefinitoparagrafo"/>
    <w:uiPriority w:val="21"/>
    <w:qFormat/>
    <w:rsid w:val="00FC693F"/>
    <w:rPr>
      <w:b/>
      <w:bCs/>
      <w:i/>
      <w:iCs/>
      <w:color w:val="4F81BD" w:themeColor="accent1"/>
    </w:rPr>
  </w:style>
  <w:style w:type="character" w:styleId="Riferimentodelicato">
    <w:name w:val="Subtle Reference"/>
    <w:basedOn w:val="Carpredefinitoparagrafo"/>
    <w:uiPriority w:val="31"/>
    <w:qFormat/>
    <w:rsid w:val="00FC693F"/>
    <w:rPr>
      <w:smallCaps/>
      <w:color w:val="C0504D" w:themeColor="accent2"/>
      <w:u w:val="single"/>
    </w:rPr>
  </w:style>
  <w:style w:type="character" w:styleId="Riferimentointenso">
    <w:name w:val="Intense Reference"/>
    <w:basedOn w:val="Carpredefinitoparagrafo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itolodellibro">
    <w:name w:val="Book Title"/>
    <w:basedOn w:val="Carpredefinitoparagrafo"/>
    <w:uiPriority w:val="33"/>
    <w:qFormat/>
    <w:rsid w:val="00FC693F"/>
    <w:rPr>
      <w:b/>
      <w:bCs/>
      <w:smallCaps/>
      <w:spacing w:val="5"/>
    </w:rPr>
  </w:style>
  <w:style w:type="paragraph" w:styleId="Titolosommario">
    <w:name w:val="TOC Heading"/>
    <w:basedOn w:val="Titolo1"/>
    <w:next w:val="Normale"/>
    <w:uiPriority w:val="39"/>
    <w:semiHidden/>
    <w:unhideWhenUsed/>
    <w:qFormat/>
    <w:rsid w:val="00FC693F"/>
    <w:pPr>
      <w:outlineLvl w:val="9"/>
    </w:pPr>
  </w:style>
  <w:style w:type="table" w:styleId="Grigliatabella">
    <w:name w:val="Table Grid"/>
    <w:basedOn w:val="Tabellanormale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fondochiaro">
    <w:name w:val="Light Shading"/>
    <w:basedOn w:val="Tabellanormale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fondochiaro-Colore1">
    <w:name w:val="Light Shading Accent 1"/>
    <w:basedOn w:val="Tabellanormale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fondochiaro-Colore2">
    <w:name w:val="Light Shading Accent 2"/>
    <w:basedOn w:val="Tabellanormale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fondochiaro-Colore3">
    <w:name w:val="Light Shading Accent 3"/>
    <w:basedOn w:val="Tabellanormale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fondochiaro-Colore4">
    <w:name w:val="Light Shading Accent 4"/>
    <w:basedOn w:val="Tabellanormale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fondochiaro-Colore5">
    <w:name w:val="Light Shading Accent 5"/>
    <w:basedOn w:val="Tabellanormale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fondochiaro-Colore6">
    <w:name w:val="Light Shading Accent 6"/>
    <w:basedOn w:val="Tabellanormale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Elencochiaro">
    <w:name w:val="Light List"/>
    <w:basedOn w:val="Tabellanormale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Elencochiaro-Colore1">
    <w:name w:val="Light List Accent 1"/>
    <w:basedOn w:val="Tabellanormale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Elencochiaro-Colore2">
    <w:name w:val="Light List Accent 2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Elencochiaro-Colore3">
    <w:name w:val="Light List Accent 3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Elencochiaro-Colore4">
    <w:name w:val="Light List Accent 4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Elencochiaro-Colore5">
    <w:name w:val="Light List Accent 5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Elencochiaro-Colore6">
    <w:name w:val="Light List Accent 6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igliachiara">
    <w:name w:val="Light Grid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igliachiara-Colore1">
    <w:name w:val="Light Grid Accent 1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igliachiara-Colore2">
    <w:name w:val="Light Grid Accent 2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igliachiara-Colore3">
    <w:name w:val="Light Grid Accent 3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igliachiara-Colore4">
    <w:name w:val="Light Grid Accent 4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igliachiara-Colore5">
    <w:name w:val="Light Grid Accent 5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igliachiara-Colore6">
    <w:name w:val="Light Grid Accent 6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fondomedio1">
    <w:name w:val="Medium Shading 1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1">
    <w:name w:val="Medium Shading 1 Accent 1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2">
    <w:name w:val="Medium Shading 1 Accent 2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3">
    <w:name w:val="Medium Shading 1 Accent 3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4">
    <w:name w:val="Medium Shading 1 Accent 4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5">
    <w:name w:val="Medium Shading 1 Accent 5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6">
    <w:name w:val="Medium Shading 1 Accent 6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2">
    <w:name w:val="Medium Shading 2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1">
    <w:name w:val="Medium Shading 2 Accent 1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2">
    <w:name w:val="Medium Shading 2 Accent 2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3">
    <w:name w:val="Medium Shading 2 Accent 3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4">
    <w:name w:val="Medium Shading 2 Accent 4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5">
    <w:name w:val="Medium Shading 2 Accent 5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6">
    <w:name w:val="Medium Shading 2 Accent 6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Elencomedio1">
    <w:name w:val="Medium List 1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Elencomedio1-Colore1">
    <w:name w:val="Medium List 1 Accent 1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Elencomedio1-Colore2">
    <w:name w:val="Medium List 1 Accent 2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Elencomedio1-Colore3">
    <w:name w:val="Medium List 1 Accent 3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Elencomedio1-Colore4">
    <w:name w:val="Medium List 1 Accent 4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Elencomedio1-Colore5">
    <w:name w:val="Medium List 1 Accent 5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Elencomedio1-Colore6">
    <w:name w:val="Medium List 1 Accent 6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Elencomedio2">
    <w:name w:val="Medium List 2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1">
    <w:name w:val="Medium List 2 Accent 1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2">
    <w:name w:val="Medium List 2 Accent 2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3">
    <w:name w:val="Medium List 2 Accent 3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4">
    <w:name w:val="Medium List 2 Accent 4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5">
    <w:name w:val="Medium List 2 Accent 5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6">
    <w:name w:val="Medium List 2 Accent 6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igliamedia1">
    <w:name w:val="Medium Grid 1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gliamedia1-Colore1">
    <w:name w:val="Medium Grid 1 Accent 1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gliamedia1-Colore2">
    <w:name w:val="Medium Grid 1 Accent 2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gliamedia1-Colore3">
    <w:name w:val="Medium Grid 1 Accent 3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gliamedia1-Colore4">
    <w:name w:val="Medium Grid 1 Accent 4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gliamedia1-Colore5">
    <w:name w:val="Medium Grid 1 Accent 5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gliamedia1-Colore6">
    <w:name w:val="Medium Grid 1 Accent 6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igliamedia2">
    <w:name w:val="Medium Grid 2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1">
    <w:name w:val="Medium Grid 2 Accent 1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2">
    <w:name w:val="Medium Grid 2 Accent 2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3">
    <w:name w:val="Medium Grid 2 Accent 3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4">
    <w:name w:val="Medium Grid 2 Accent 4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5">
    <w:name w:val="Medium Grid 2 Accent 5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6">
    <w:name w:val="Medium Grid 2 Accent 6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3">
    <w:name w:val="Medium Grid 3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igliamedia3-Colore1">
    <w:name w:val="Medium Grid 3 Accent 1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igliamedia3-Colore2">
    <w:name w:val="Medium Grid 3 Accent 2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igliamedia3-Colore3">
    <w:name w:val="Medium Grid 3 Accent 3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igliamedia3-Colore4">
    <w:name w:val="Medium Grid 3 Accent 4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igliamedia3-Colore5">
    <w:name w:val="Medium Grid 3 Accent 5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igliamedia3-Colore6">
    <w:name w:val="Medium Grid 3 Accent 6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Elencoscuro">
    <w:name w:val="Dark List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Elencoscuro-Colore1">
    <w:name w:val="Dark List Accent 1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Elencoscuro-Colore2">
    <w:name w:val="Dark List Accent 2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Elencoscuro-Colore3">
    <w:name w:val="Dark List Accent 3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Elencoscuro-Colore4">
    <w:name w:val="Dark List Accent 4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Elencoscuro-Colore5">
    <w:name w:val="Dark List Accent 5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Elencoscuro-Colore6">
    <w:name w:val="Dark List Accent 6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fondoacolori">
    <w:name w:val="Colorful Shading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1">
    <w:name w:val="Colorful Shading Accent 1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2">
    <w:name w:val="Colorful Shading Accent 2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3">
    <w:name w:val="Colorful Shading Accent 3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fondoacolori-Colore4">
    <w:name w:val="Colorful Shading Accent 4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5">
    <w:name w:val="Colorful Shading Accent 5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6">
    <w:name w:val="Colorful Shading Accent 6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Elencoacolori">
    <w:name w:val="Colorful List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Elencoacolori-Colore1">
    <w:name w:val="Colorful List Accent 1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Elencoacolori-Colore2">
    <w:name w:val="Colorful List Accent 2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Elencoacolori-Colore3">
    <w:name w:val="Colorful List Accent 3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Elencoacolori-Colore4">
    <w:name w:val="Colorful List Accent 4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Elencoacolori-Colore5">
    <w:name w:val="Colorful List Accent 5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Elencoacolori-Colore6">
    <w:name w:val="Colorful List Accent 6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gliaacolori">
    <w:name w:val="Colorful Grid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gliaacolori-Colore1">
    <w:name w:val="Colorful Grid Accent 1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gliaacolori-Colore2">
    <w:name w:val="Colorful Grid Accent 2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gliaacolori-Colore3">
    <w:name w:val="Colorful Grid Accent 3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gliaacolori-Colore4">
    <w:name w:val="Colorful Grid Accent 4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gliaacolori-Colore5">
    <w:name w:val="Colorful Grid Accent 5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gliaacolori-Colore6">
    <w:name w:val="Colorful Grid Accent 6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Collegamentoipertestuale">
    <w:name w:val="Hyperlink"/>
    <w:basedOn w:val="Carpredefinitoparagrafo"/>
    <w:uiPriority w:val="99"/>
    <w:unhideWhenUsed/>
    <w:rsid w:val="00735C0B"/>
    <w:rPr>
      <w:color w:val="0000FF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735C0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5007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1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mailto:info@ilsognodiulisse.it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info@ilsognodiulisse.i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6362B4A-88D2-45BD-9109-4A489E2377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3</Pages>
  <Words>525</Words>
  <Characters>2994</Characters>
  <Application>Microsoft Office Word</Application>
  <DocSecurity>0</DocSecurity>
  <Lines>24</Lines>
  <Paragraphs>7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3512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Giuseppe</cp:lastModifiedBy>
  <cp:revision>19</cp:revision>
  <dcterms:created xsi:type="dcterms:W3CDTF">2013-12-23T23:15:00Z</dcterms:created>
  <dcterms:modified xsi:type="dcterms:W3CDTF">2025-10-28T11:16:00Z</dcterms:modified>
  <cp:category/>
</cp:coreProperties>
</file>